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B438C" w14:textId="77777777" w:rsidR="00C4360F" w:rsidRDefault="00000000">
      <w:pPr>
        <w:pStyle w:val="Tytu"/>
        <w:spacing w:after="120"/>
      </w:pPr>
      <w:r>
        <w:rPr>
          <w:sz w:val="22"/>
        </w:rPr>
        <w:t>Załącznik nr 2 do umowy nr UMIA/PZ/B/VI/1/1/MS/37/2025-2027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794"/>
        <w:gridCol w:w="2268"/>
        <w:gridCol w:w="510"/>
        <w:gridCol w:w="794"/>
        <w:gridCol w:w="850"/>
        <w:gridCol w:w="7257"/>
        <w:gridCol w:w="850"/>
      </w:tblGrid>
      <w:tr w:rsidR="00C4360F" w14:paraId="4494F0A0" w14:textId="77777777">
        <w:trPr>
          <w:cantSplit/>
          <w:tblHeader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EB0BED" w14:textId="77777777" w:rsidR="00C4360F" w:rsidRDefault="00000000">
            <w:r>
              <w:rPr>
                <w:b/>
              </w:rPr>
              <w:t>typ jednostki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357A88" w14:textId="77777777" w:rsidR="00C4360F" w:rsidRDefault="00000000">
            <w:pPr>
              <w:jc w:val="center"/>
            </w:pPr>
            <w:r>
              <w:rPr>
                <w:b/>
              </w:rPr>
              <w:t>dzielnica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AAA1C7" w14:textId="77777777" w:rsidR="00C4360F" w:rsidRDefault="00000000">
            <w:r>
              <w:rPr>
                <w:b/>
              </w:rPr>
              <w:t>ulica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0D1834" w14:textId="77777777" w:rsidR="00C4360F" w:rsidRDefault="00000000">
            <w:pPr>
              <w:jc w:val="center"/>
            </w:pPr>
            <w:r>
              <w:rPr>
                <w:b/>
              </w:rPr>
              <w:t>nr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662C40" w14:textId="77777777" w:rsidR="00C4360F" w:rsidRDefault="00000000">
            <w:pPr>
              <w:jc w:val="center"/>
            </w:pPr>
            <w:r>
              <w:rPr>
                <w:b/>
              </w:rPr>
              <w:t>kod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BC7747" w14:textId="77777777" w:rsidR="00C4360F" w:rsidRDefault="00000000">
            <w:pPr>
              <w:jc w:val="center"/>
            </w:pPr>
            <w:r>
              <w:rPr>
                <w:b/>
              </w:rPr>
              <w:t>placówka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38CB71" w14:textId="77777777" w:rsidR="00C4360F" w:rsidRDefault="00000000">
            <w:r>
              <w:rPr>
                <w:b/>
              </w:rPr>
              <w:t>nazwa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E17010" w14:textId="77777777" w:rsidR="00C4360F" w:rsidRDefault="00000000">
            <w:pPr>
              <w:jc w:val="center"/>
            </w:pPr>
            <w:r>
              <w:rPr>
                <w:b/>
              </w:rPr>
              <w:t>l. uczniów</w:t>
            </w:r>
          </w:p>
        </w:tc>
      </w:tr>
      <w:tr w:rsidR="00C4360F" w14:paraId="4CE63EEE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F8A06B" w14:textId="77777777" w:rsidR="00C4360F" w:rsidRDefault="00000000">
            <w:proofErr w:type="spellStart"/>
            <w:r>
              <w:t>Szkoła</w:t>
            </w:r>
            <w:proofErr w:type="spellEnd"/>
            <w:r>
              <w:t xml:space="preserve"> </w:t>
            </w:r>
            <w:proofErr w:type="spellStart"/>
            <w:r>
              <w:t>podstawowa</w:t>
            </w:r>
            <w:proofErr w:type="spellEnd"/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2ED81E" w14:textId="77777777" w:rsidR="00C4360F" w:rsidRDefault="00000000">
            <w:pPr>
              <w:jc w:val="center"/>
            </w:pPr>
            <w:r>
              <w:t>Ursynów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25AB50" w14:textId="77777777" w:rsidR="00C4360F" w:rsidRDefault="00000000">
            <w:r>
              <w:t>ul. Hawajska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29E4EF" w14:textId="77777777" w:rsidR="00C4360F" w:rsidRDefault="00000000">
            <w:pPr>
              <w:jc w:val="center"/>
            </w:pPr>
            <w:r>
              <w:t>7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405DE1" w14:textId="77777777" w:rsidR="00C4360F" w:rsidRDefault="00000000">
            <w:pPr>
              <w:jc w:val="center"/>
            </w:pPr>
            <w:r>
              <w:t>02-776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5E7A03" w14:textId="77777777" w:rsidR="00C4360F" w:rsidRDefault="00000000">
            <w:pPr>
              <w:jc w:val="center"/>
            </w:pPr>
            <w:r>
              <w:t>SP_310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7BA23B" w14:textId="77777777" w:rsidR="00C4360F" w:rsidRDefault="00000000">
            <w:r>
              <w:t>Szkoła Podstawowa nr 310 im. Michała Byliny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0B5C72" w14:textId="77777777" w:rsidR="00C4360F" w:rsidRDefault="00000000">
            <w:pPr>
              <w:jc w:val="center"/>
            </w:pPr>
            <w:r>
              <w:t>280</w:t>
            </w:r>
          </w:p>
        </w:tc>
      </w:tr>
      <w:tr w:rsidR="00C4360F" w14:paraId="63C68FC8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090F2C" w14:textId="77777777" w:rsidR="00C4360F" w:rsidRDefault="00000000">
            <w:r>
              <w:t>Szkoła podstawowa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97D53D" w14:textId="77777777" w:rsidR="00C4360F" w:rsidRDefault="00000000">
            <w:pPr>
              <w:jc w:val="center"/>
            </w:pPr>
            <w:r>
              <w:t>Ursynów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DC5F3A" w14:textId="77777777" w:rsidR="00C4360F" w:rsidRDefault="00000000">
            <w:r>
              <w:t>ul. Ludwika Hirszfelda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3DF448" w14:textId="77777777" w:rsidR="00C4360F" w:rsidRDefault="00000000">
            <w:pPr>
              <w:jc w:val="center"/>
            </w:pPr>
            <w:r>
              <w:t>11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D1618B" w14:textId="77777777" w:rsidR="00C4360F" w:rsidRDefault="00000000">
            <w:pPr>
              <w:jc w:val="center"/>
            </w:pPr>
            <w:r>
              <w:t>02-776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980735" w14:textId="77777777" w:rsidR="00C4360F" w:rsidRDefault="00000000">
            <w:pPr>
              <w:jc w:val="center"/>
            </w:pPr>
            <w:r>
              <w:t>SP_323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5963CD" w14:textId="77777777" w:rsidR="00C4360F" w:rsidRDefault="00000000">
            <w:r>
              <w:t>Szkoła Podstawowa nr 323 im. Polskich Olimpijczyków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56B0B9" w14:textId="77777777" w:rsidR="00C4360F" w:rsidRDefault="00000000">
            <w:pPr>
              <w:jc w:val="center"/>
            </w:pPr>
            <w:r>
              <w:t>729</w:t>
            </w:r>
          </w:p>
        </w:tc>
      </w:tr>
      <w:tr w:rsidR="00C4360F" w14:paraId="3B21C02B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86DF0C" w14:textId="77777777" w:rsidR="00C4360F" w:rsidRDefault="00000000">
            <w:r>
              <w:t>Liceum ogólnokształcące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279EB5" w14:textId="77777777" w:rsidR="00C4360F" w:rsidRDefault="00000000">
            <w:pPr>
              <w:jc w:val="center"/>
            </w:pPr>
            <w:r>
              <w:t>Ursynów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006D4F" w14:textId="77777777" w:rsidR="00C4360F" w:rsidRDefault="00000000">
            <w:r>
              <w:t>ul. Stefana Szolc-Rogozińskiego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6E245F" w14:textId="77777777" w:rsidR="00C4360F" w:rsidRDefault="00000000">
            <w:pPr>
              <w:jc w:val="center"/>
            </w:pPr>
            <w:r>
              <w:t>2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7644F4" w14:textId="77777777" w:rsidR="00C4360F" w:rsidRDefault="00000000">
            <w:pPr>
              <w:jc w:val="center"/>
            </w:pPr>
            <w:r>
              <w:t>02-777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400274" w14:textId="77777777" w:rsidR="00C4360F" w:rsidRDefault="00000000">
            <w:pPr>
              <w:jc w:val="center"/>
            </w:pPr>
            <w:r>
              <w:t>LO_158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AB16BA" w14:textId="77777777" w:rsidR="00C4360F" w:rsidRDefault="00000000">
            <w:r>
              <w:t>CLVIII Liceum Ogólnokształcące z Oddziałami Dwujęzycznymi im. Księżnej Izabeli Czartoryskiej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939756" w14:textId="77777777" w:rsidR="00C4360F" w:rsidRDefault="00000000">
            <w:pPr>
              <w:jc w:val="center"/>
            </w:pPr>
            <w:r>
              <w:t>500</w:t>
            </w:r>
          </w:p>
        </w:tc>
      </w:tr>
      <w:tr w:rsidR="00C4360F" w14:paraId="43131003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D60A1D" w14:textId="77777777" w:rsidR="00C4360F" w:rsidRDefault="00000000">
            <w:r>
              <w:t>Szkoła podstawowa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4EC1DD" w14:textId="77777777" w:rsidR="00C4360F" w:rsidRDefault="00000000">
            <w:pPr>
              <w:jc w:val="center"/>
            </w:pPr>
            <w:r>
              <w:t>Ursynów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70387D" w14:textId="77777777" w:rsidR="00C4360F" w:rsidRDefault="00000000">
            <w:r>
              <w:t>ul. Leonida Teligi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340141" w14:textId="77777777" w:rsidR="00C4360F" w:rsidRDefault="00000000">
            <w:pPr>
              <w:jc w:val="center"/>
            </w:pPr>
            <w:r>
              <w:t>3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20FF8B" w14:textId="77777777" w:rsidR="00C4360F" w:rsidRDefault="00000000">
            <w:pPr>
              <w:jc w:val="center"/>
            </w:pPr>
            <w:r>
              <w:t>02-777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F844AC" w14:textId="77777777" w:rsidR="00C4360F" w:rsidRDefault="00000000">
            <w:pPr>
              <w:jc w:val="center"/>
            </w:pPr>
            <w:r>
              <w:t>SP_318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6F57C5" w14:textId="77777777" w:rsidR="00C4360F" w:rsidRDefault="00000000">
            <w:r>
              <w:t>Szkoła Podstawowa z Oddziałami Integracyjnymi nr 318 im. Jana Christiana Andersena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86FFE0" w14:textId="77777777" w:rsidR="00C4360F" w:rsidRDefault="00000000">
            <w:pPr>
              <w:jc w:val="center"/>
            </w:pPr>
            <w:r>
              <w:t>300</w:t>
            </w:r>
          </w:p>
        </w:tc>
      </w:tr>
      <w:tr w:rsidR="00C4360F" w14:paraId="201518F2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5A228C" w14:textId="77777777" w:rsidR="00C4360F" w:rsidRDefault="00000000">
            <w:proofErr w:type="spellStart"/>
            <w:r>
              <w:t>Szkoła</w:t>
            </w:r>
            <w:proofErr w:type="spellEnd"/>
            <w:r>
              <w:t xml:space="preserve"> </w:t>
            </w:r>
            <w:proofErr w:type="spellStart"/>
            <w:r>
              <w:t>podstawowa</w:t>
            </w:r>
            <w:proofErr w:type="spellEnd"/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EC3E70" w14:textId="77777777" w:rsidR="00C4360F" w:rsidRDefault="00000000">
            <w:pPr>
              <w:jc w:val="center"/>
            </w:pPr>
            <w:r>
              <w:t>Ursynów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23FF8B" w14:textId="77777777" w:rsidR="00C4360F" w:rsidRDefault="00000000">
            <w:r>
              <w:t>ul. Stefana Kopcińskiego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0F3B75" w14:textId="77777777" w:rsidR="00C4360F" w:rsidRDefault="00000000">
            <w:pPr>
              <w:jc w:val="center"/>
            </w:pPr>
            <w:r>
              <w:t>7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68C7AD" w14:textId="77777777" w:rsidR="00C4360F" w:rsidRDefault="00000000">
            <w:pPr>
              <w:jc w:val="center"/>
            </w:pPr>
            <w:r>
              <w:t>02-777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C11F52" w14:textId="77777777" w:rsidR="00C4360F" w:rsidRDefault="00000000">
            <w:pPr>
              <w:jc w:val="center"/>
            </w:pPr>
            <w:r>
              <w:t>SP_343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DB8713" w14:textId="77777777" w:rsidR="00C4360F" w:rsidRDefault="00000000">
            <w:r>
              <w:t>Szkoła Podstawowa z Oddziałami Integracyjnymi nr 343 im. Matki Teresy z Kalkuty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D9A82A" w14:textId="77777777" w:rsidR="00C4360F" w:rsidRDefault="00000000">
            <w:pPr>
              <w:jc w:val="center"/>
            </w:pPr>
            <w:r>
              <w:t>358</w:t>
            </w:r>
          </w:p>
        </w:tc>
      </w:tr>
      <w:tr w:rsidR="00C4360F" w14:paraId="09CC9947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19BE99" w14:textId="77777777" w:rsidR="00C4360F" w:rsidRDefault="00000000">
            <w:proofErr w:type="spellStart"/>
            <w:r>
              <w:t>Szkoła</w:t>
            </w:r>
            <w:proofErr w:type="spellEnd"/>
            <w:r>
              <w:t xml:space="preserve"> </w:t>
            </w:r>
            <w:proofErr w:type="spellStart"/>
            <w:r>
              <w:t>podstawowa</w:t>
            </w:r>
            <w:proofErr w:type="spellEnd"/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B19D8A" w14:textId="77777777" w:rsidR="00C4360F" w:rsidRDefault="00000000">
            <w:pPr>
              <w:jc w:val="center"/>
            </w:pPr>
            <w:r>
              <w:t>Ursynów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F5AC8B" w14:textId="77777777" w:rsidR="00C4360F" w:rsidRDefault="00000000">
            <w:r>
              <w:t>ul. Jana Cybisa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E9428A" w14:textId="77777777" w:rsidR="00C4360F" w:rsidRDefault="00000000">
            <w:pPr>
              <w:jc w:val="center"/>
            </w:pPr>
            <w:r>
              <w:t>1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AA6D24" w14:textId="77777777" w:rsidR="00C4360F" w:rsidRDefault="00000000">
            <w:pPr>
              <w:jc w:val="center"/>
            </w:pPr>
            <w:r>
              <w:t>02-784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29E314" w14:textId="77777777" w:rsidR="00C4360F" w:rsidRDefault="00000000">
            <w:pPr>
              <w:jc w:val="center"/>
            </w:pPr>
            <w:r>
              <w:t>SP_313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F970C7" w14:textId="77777777" w:rsidR="00C4360F" w:rsidRDefault="00000000">
            <w:r>
              <w:t>Szkoła Podstawowa nr 313 im. Polskich Odkrywców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68352C" w14:textId="77777777" w:rsidR="00C4360F" w:rsidRDefault="00000000">
            <w:pPr>
              <w:jc w:val="center"/>
            </w:pPr>
            <w:r>
              <w:t>271</w:t>
            </w:r>
          </w:p>
        </w:tc>
      </w:tr>
      <w:tr w:rsidR="00C4360F" w14:paraId="05C88F98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20E66E" w14:textId="77777777" w:rsidR="00C4360F" w:rsidRDefault="00000000">
            <w:r>
              <w:t>Szkoła podstawowa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34AED3" w14:textId="77777777" w:rsidR="00C4360F" w:rsidRDefault="00000000">
            <w:pPr>
              <w:jc w:val="center"/>
            </w:pPr>
            <w:r>
              <w:t>Ursynów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23BC94" w14:textId="77777777" w:rsidR="00C4360F" w:rsidRDefault="00000000">
            <w:r>
              <w:t>ul. Edwarda Dembowskiego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065122" w14:textId="77777777" w:rsidR="00C4360F" w:rsidRDefault="00000000">
            <w:pPr>
              <w:jc w:val="center"/>
            </w:pPr>
            <w:r>
              <w:t>9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63573F" w14:textId="77777777" w:rsidR="00C4360F" w:rsidRDefault="00000000">
            <w:pPr>
              <w:jc w:val="center"/>
            </w:pPr>
            <w:r>
              <w:t>02-784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16FA2F" w14:textId="77777777" w:rsidR="00C4360F" w:rsidRDefault="00000000">
            <w:pPr>
              <w:jc w:val="center"/>
            </w:pPr>
            <w:r>
              <w:t>SP_322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889EF1" w14:textId="77777777" w:rsidR="00C4360F" w:rsidRDefault="00000000">
            <w:r>
              <w:t>Szkoła Podstawowa nr 322 im. Jana Brzechwy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462A11" w14:textId="77777777" w:rsidR="00C4360F" w:rsidRDefault="00000000">
            <w:pPr>
              <w:jc w:val="center"/>
            </w:pPr>
            <w:r>
              <w:t>298</w:t>
            </w:r>
          </w:p>
        </w:tc>
      </w:tr>
      <w:tr w:rsidR="00C4360F" w14:paraId="4D9627ED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1E62F3" w14:textId="77777777" w:rsidR="00C4360F" w:rsidRDefault="00000000">
            <w:proofErr w:type="spellStart"/>
            <w:r>
              <w:t>Szkoła</w:t>
            </w:r>
            <w:proofErr w:type="spellEnd"/>
            <w:r>
              <w:t xml:space="preserve"> </w:t>
            </w:r>
            <w:proofErr w:type="spellStart"/>
            <w:r>
              <w:t>podstawowa</w:t>
            </w:r>
            <w:proofErr w:type="spellEnd"/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C6AF5D" w14:textId="77777777" w:rsidR="00C4360F" w:rsidRDefault="00000000">
            <w:pPr>
              <w:jc w:val="center"/>
            </w:pPr>
            <w:r>
              <w:t>Ursynów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424745" w14:textId="77777777" w:rsidR="00C4360F" w:rsidRDefault="00000000">
            <w:r>
              <w:t>ul. Witolda Małcużyńskiego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B4FCA8" w14:textId="77777777" w:rsidR="00C4360F" w:rsidRDefault="00000000">
            <w:pPr>
              <w:jc w:val="center"/>
            </w:pPr>
            <w:r>
              <w:t>4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4D83A8" w14:textId="77777777" w:rsidR="00C4360F" w:rsidRDefault="00000000">
            <w:pPr>
              <w:jc w:val="center"/>
            </w:pPr>
            <w:r>
              <w:t>02-793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C0C0F0" w14:textId="77777777" w:rsidR="00C4360F" w:rsidRDefault="00000000">
            <w:pPr>
              <w:jc w:val="center"/>
            </w:pPr>
            <w:r>
              <w:t>SP_336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B68928" w14:textId="77777777" w:rsidR="00C4360F" w:rsidRDefault="00000000">
            <w:r>
              <w:t>Szkoła Podstawowa nr 336 im. Janka Bytnara „Rudego”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B8B8CB" w14:textId="77777777" w:rsidR="00C4360F" w:rsidRDefault="00000000">
            <w:pPr>
              <w:jc w:val="center"/>
            </w:pPr>
            <w:r>
              <w:t>491</w:t>
            </w:r>
          </w:p>
        </w:tc>
      </w:tr>
      <w:tr w:rsidR="00C4360F" w14:paraId="626FD044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868352" w14:textId="77777777" w:rsidR="00C4360F" w:rsidRDefault="00000000">
            <w:r>
              <w:t>Szkoła podstawowa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689A90" w14:textId="77777777" w:rsidR="00C4360F" w:rsidRDefault="00000000">
            <w:pPr>
              <w:jc w:val="center"/>
            </w:pPr>
            <w:r>
              <w:t>Ursynów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FE3B83" w14:textId="77777777" w:rsidR="00C4360F" w:rsidRDefault="00000000">
            <w:r>
              <w:t>ul. Eugeniusza Lokajskiego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3DE914" w14:textId="77777777" w:rsidR="00C4360F" w:rsidRDefault="00000000">
            <w:pPr>
              <w:jc w:val="center"/>
            </w:pPr>
            <w:r>
              <w:t>3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391F6" w14:textId="77777777" w:rsidR="00C4360F" w:rsidRDefault="00000000">
            <w:pPr>
              <w:jc w:val="center"/>
            </w:pPr>
            <w:r>
              <w:t>02-793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A36135" w14:textId="77777777" w:rsidR="00C4360F" w:rsidRDefault="00000000">
            <w:pPr>
              <w:jc w:val="center"/>
            </w:pPr>
            <w:r>
              <w:t>SP_340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D51C19" w14:textId="77777777" w:rsidR="00C4360F" w:rsidRDefault="00000000">
            <w:r>
              <w:t>Szkoła Podstawowa nr 340 im. Profesora Bogusława Molskiego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A3D002" w14:textId="77777777" w:rsidR="00C4360F" w:rsidRDefault="00000000">
            <w:pPr>
              <w:jc w:val="center"/>
            </w:pPr>
            <w:r>
              <w:t>1044</w:t>
            </w:r>
          </w:p>
        </w:tc>
      </w:tr>
      <w:tr w:rsidR="00C4360F" w14:paraId="5370B464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959E23" w14:textId="77777777" w:rsidR="00C4360F" w:rsidRDefault="00000000">
            <w:r>
              <w:t>Szkoła podstawowa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E091F5" w14:textId="77777777" w:rsidR="00C4360F" w:rsidRDefault="00000000">
            <w:pPr>
              <w:jc w:val="center"/>
            </w:pPr>
            <w:r>
              <w:t>Ursynów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4C5DEA" w14:textId="77777777" w:rsidR="00C4360F" w:rsidRDefault="00000000">
            <w:r>
              <w:t>ul. Jerzego Zaruby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BBA1CB" w14:textId="77777777" w:rsidR="00C4360F" w:rsidRDefault="00000000">
            <w:pPr>
              <w:jc w:val="center"/>
            </w:pPr>
            <w:r>
              <w:t>7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3A9CAC" w14:textId="77777777" w:rsidR="00C4360F" w:rsidRDefault="00000000">
            <w:pPr>
              <w:jc w:val="center"/>
            </w:pPr>
            <w:r>
              <w:t>02-796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99479A" w14:textId="77777777" w:rsidR="00C4360F" w:rsidRDefault="00000000">
            <w:pPr>
              <w:jc w:val="center"/>
            </w:pPr>
            <w:r>
              <w:t>SP_399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5CC5F8" w14:textId="77777777" w:rsidR="00C4360F" w:rsidRDefault="00000000">
            <w:r>
              <w:t>Szkoła Podstawowa nr 399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23B201" w14:textId="77777777" w:rsidR="00C4360F" w:rsidRDefault="00000000">
            <w:pPr>
              <w:jc w:val="center"/>
            </w:pPr>
            <w:r>
              <w:t>306</w:t>
            </w:r>
          </w:p>
        </w:tc>
      </w:tr>
      <w:tr w:rsidR="00C4360F" w14:paraId="122B1F76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2AB10E" w14:textId="77777777" w:rsidR="00C4360F" w:rsidRDefault="00000000">
            <w:proofErr w:type="spellStart"/>
            <w:r>
              <w:t>Szkoła</w:t>
            </w:r>
            <w:proofErr w:type="spellEnd"/>
            <w:r>
              <w:t xml:space="preserve"> </w:t>
            </w:r>
            <w:proofErr w:type="spellStart"/>
            <w:r>
              <w:t>podstawowa</w:t>
            </w:r>
            <w:proofErr w:type="spellEnd"/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D7368F" w14:textId="77777777" w:rsidR="00C4360F" w:rsidRDefault="00000000">
            <w:pPr>
              <w:jc w:val="center"/>
            </w:pPr>
            <w:r>
              <w:t>Ursynów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54E8F0" w14:textId="77777777" w:rsidR="00C4360F" w:rsidRDefault="00000000">
            <w:r>
              <w:t>ul. Kajakowa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7902A0" w14:textId="77777777" w:rsidR="00C4360F" w:rsidRDefault="00000000">
            <w:pPr>
              <w:jc w:val="center"/>
            </w:pPr>
            <w:r>
              <w:t>10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6679E3" w14:textId="77777777" w:rsidR="00C4360F" w:rsidRDefault="00000000">
            <w:pPr>
              <w:jc w:val="center"/>
            </w:pPr>
            <w:r>
              <w:t>02-838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5EB111" w14:textId="77777777" w:rsidR="00C4360F" w:rsidRDefault="00000000">
            <w:pPr>
              <w:jc w:val="center"/>
            </w:pPr>
            <w:r>
              <w:t>SP_384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BB841C" w14:textId="77777777" w:rsidR="00C4360F" w:rsidRDefault="00000000">
            <w:r>
              <w:t>Szkoła Podstawowa nr 384 im. Stanisława Staszica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C80316" w14:textId="77777777" w:rsidR="00C4360F" w:rsidRDefault="00000000">
            <w:pPr>
              <w:jc w:val="center"/>
            </w:pPr>
            <w:r>
              <w:t>270</w:t>
            </w:r>
          </w:p>
        </w:tc>
      </w:tr>
      <w:tr w:rsidR="00C4360F" w14:paraId="7C6A1266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62BBC0" w14:textId="77777777" w:rsidR="00C4360F" w:rsidRDefault="00000000">
            <w:r>
              <w:t>Szkoła podstawowa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C96BF9" w14:textId="77777777" w:rsidR="00C4360F" w:rsidRDefault="00000000">
            <w:pPr>
              <w:jc w:val="center"/>
            </w:pPr>
            <w:r>
              <w:t>Ursynów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400448" w14:textId="77777777" w:rsidR="00C4360F" w:rsidRDefault="00000000">
            <w:r>
              <w:t>ul. Sarabandy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F0E2F2" w14:textId="77777777" w:rsidR="00C4360F" w:rsidRDefault="00000000">
            <w:pPr>
              <w:jc w:val="center"/>
            </w:pPr>
            <w:r>
              <w:t>16/22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3F3EE0" w14:textId="77777777" w:rsidR="00C4360F" w:rsidRDefault="00000000">
            <w:pPr>
              <w:jc w:val="center"/>
            </w:pPr>
            <w:r>
              <w:t>02-868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5BCC7F" w14:textId="77777777" w:rsidR="00C4360F" w:rsidRDefault="00000000">
            <w:pPr>
              <w:jc w:val="center"/>
            </w:pPr>
            <w:r>
              <w:t>SP_096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C11C06" w14:textId="77777777" w:rsidR="00C4360F" w:rsidRDefault="00000000">
            <w:r>
              <w:t>Szkoła Podstawowa nr 96 im. Ireny Kosmowskiej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5CE92B" w14:textId="77777777" w:rsidR="00C4360F" w:rsidRDefault="00000000">
            <w:pPr>
              <w:jc w:val="center"/>
            </w:pPr>
            <w:r>
              <w:t>295</w:t>
            </w:r>
          </w:p>
        </w:tc>
      </w:tr>
      <w:tr w:rsidR="00C4360F" w14:paraId="07314EA8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50D5F5" w14:textId="77777777" w:rsidR="00C4360F" w:rsidRDefault="00000000">
            <w:r>
              <w:t>Szkoła podstawowa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2CD812" w14:textId="77777777" w:rsidR="00C4360F" w:rsidRDefault="00000000">
            <w:pPr>
              <w:jc w:val="center"/>
            </w:pPr>
            <w:r>
              <w:t>Ursynów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69E9A2" w14:textId="77777777" w:rsidR="00C4360F" w:rsidRDefault="00000000">
            <w:r>
              <w:t>ul. Na Uboczu</w:t>
            </w:r>
          </w:p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349D14" w14:textId="77777777" w:rsidR="00C4360F" w:rsidRDefault="00000000">
            <w:pPr>
              <w:jc w:val="center"/>
            </w:pPr>
            <w:r>
              <w:t>9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7AEF11" w14:textId="77777777" w:rsidR="00C4360F" w:rsidRDefault="00000000">
            <w:pPr>
              <w:jc w:val="center"/>
            </w:pPr>
            <w:r>
              <w:t>02-791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32411C" w14:textId="77777777" w:rsidR="00C4360F" w:rsidRDefault="00000000">
            <w:pPr>
              <w:jc w:val="center"/>
            </w:pPr>
            <w:r>
              <w:t>SP_405</w:t>
            </w: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F89228" w14:textId="77777777" w:rsidR="00C4360F" w:rsidRDefault="00000000">
            <w:r>
              <w:t>Szkoła Podstawowa nr 405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0BF136" w14:textId="77777777" w:rsidR="00C4360F" w:rsidRDefault="00000000">
            <w:pPr>
              <w:jc w:val="center"/>
            </w:pPr>
            <w:r>
              <w:t>230</w:t>
            </w:r>
          </w:p>
        </w:tc>
      </w:tr>
      <w:tr w:rsidR="00C4360F" w14:paraId="0A5DF47F" w14:textId="77777777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A332B0" w14:textId="77777777" w:rsidR="00C4360F" w:rsidRDefault="00000000">
            <w:r>
              <w:rPr>
                <w:b/>
              </w:rPr>
              <w:t>Razem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DC517E" w14:textId="77777777" w:rsidR="00C4360F" w:rsidRDefault="00C4360F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2F3A86" w14:textId="77777777" w:rsidR="00C4360F" w:rsidRDefault="00C4360F"/>
        </w:tc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E4E1CC" w14:textId="77777777" w:rsidR="00C4360F" w:rsidRDefault="00C4360F">
            <w:pPr>
              <w:jc w:val="center"/>
            </w:pP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B73504" w14:textId="77777777" w:rsidR="00C4360F" w:rsidRDefault="00C4360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798F21" w14:textId="77777777" w:rsidR="00C4360F" w:rsidRDefault="00C4360F">
            <w:pPr>
              <w:jc w:val="center"/>
            </w:pPr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74B311" w14:textId="77777777" w:rsidR="00C4360F" w:rsidRDefault="00C4360F"/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0650FE" w14:textId="60BEB1EE" w:rsidR="00C4360F" w:rsidRPr="00FB0727" w:rsidRDefault="00FB0727">
            <w:pPr>
              <w:jc w:val="center"/>
              <w:rPr>
                <w:b/>
                <w:bCs/>
              </w:rPr>
            </w:pPr>
            <w:r w:rsidRPr="00FB0727">
              <w:rPr>
                <w:b/>
                <w:bCs/>
              </w:rPr>
              <w:t>5372</w:t>
            </w:r>
          </w:p>
        </w:tc>
      </w:tr>
    </w:tbl>
    <w:p w14:paraId="517965E8" w14:textId="77777777" w:rsidR="001F5470" w:rsidRDefault="001F5470"/>
    <w:sectPr w:rsidR="001F5470" w:rsidSect="00034616">
      <w:pgSz w:w="16838" w:h="11906"/>
      <w:pgMar w:top="624" w:right="624" w:bottom="62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0761689">
    <w:abstractNumId w:val="8"/>
  </w:num>
  <w:num w:numId="2" w16cid:durableId="621420737">
    <w:abstractNumId w:val="6"/>
  </w:num>
  <w:num w:numId="3" w16cid:durableId="1848858992">
    <w:abstractNumId w:val="5"/>
  </w:num>
  <w:num w:numId="4" w16cid:durableId="366608875">
    <w:abstractNumId w:val="4"/>
  </w:num>
  <w:num w:numId="5" w16cid:durableId="1309361779">
    <w:abstractNumId w:val="7"/>
  </w:num>
  <w:num w:numId="6" w16cid:durableId="454180075">
    <w:abstractNumId w:val="3"/>
  </w:num>
  <w:num w:numId="7" w16cid:durableId="1541748895">
    <w:abstractNumId w:val="2"/>
  </w:num>
  <w:num w:numId="8" w16cid:durableId="1187209871">
    <w:abstractNumId w:val="1"/>
  </w:num>
  <w:num w:numId="9" w16cid:durableId="120077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5470"/>
    <w:rsid w:val="0029639D"/>
    <w:rsid w:val="00326F90"/>
    <w:rsid w:val="009855BE"/>
    <w:rsid w:val="00AA1D8D"/>
    <w:rsid w:val="00B47730"/>
    <w:rsid w:val="00C4360F"/>
    <w:rsid w:val="00CB0664"/>
    <w:rsid w:val="00FB07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BFDB6C"/>
  <w14:defaultImageDpi w14:val="300"/>
  <w15:docId w15:val="{1CD4779B-FB6E-4200-A94A-5EE354F4C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Calibri" w:hAnsi="Calibri"/>
      <w:color w:val="000000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umowy Wykaz szkół</dc:title>
  <dc:subject/>
  <dc:creator>Magdalena Siembrzuch</dc:creator>
  <cp:keywords/>
  <cp:lastModifiedBy>Magdalena Siembrzuch</cp:lastModifiedBy>
  <cp:revision>2</cp:revision>
  <dcterms:created xsi:type="dcterms:W3CDTF">2026-09-17T09:57:00Z</dcterms:created>
  <dcterms:modified xsi:type="dcterms:W3CDTF">2026-09-17T09:57:00Z</dcterms:modified>
  <cp:category/>
</cp:coreProperties>
</file>